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bidi w:val="1"/>
        <w:jc w:val="center"/>
      </w:pPr>
      <w:r>
        <w:rPr>
          <w:rFonts w:ascii="Arial" w:hAnsi="Arial" w:cs="Arial"/>
          <w:b w:val="0"/>
          <w:sz w:val="120"/>
          <w:rtl/>
          <w:szCs w:val="120"/>
        </w:rPr>
        <w:t>🤖</w:t>
      </w:r>
    </w:p>
    <w:p>
      <w:pPr>
        <w:bidi w:val="1"/>
        <w:jc w:val="center"/>
      </w:pPr>
      <w:r>
        <w:rPr>
          <w:rFonts w:ascii="Arial" w:hAnsi="Arial" w:cs="Arial"/>
          <w:b/>
          <w:color w:val="2C2FB8"/>
          <w:sz w:val="56"/>
          <w:rtl/>
          <w:szCs w:val="56"/>
          <w:bCs/>
        </w:rPr>
        <w:t>12 פרומפטים לאפליקציות חינוכיות</w:t>
      </w:r>
    </w:p>
    <w:p>
      <w:pPr>
        <w:bidi w:val="1"/>
        <w:jc w:val="center"/>
      </w:pPr>
      <w:r>
        <w:rPr>
          <w:rFonts w:ascii="Arial" w:hAnsi="Arial" w:cs="Arial"/>
          <w:b w:val="0"/>
          <w:color w:val="55597A"/>
          <w:sz w:val="30"/>
          <w:rtl/>
          <w:szCs w:val="30"/>
        </w:rPr>
        <w:t>בקשות מוכנות לכלי שיחה חכם + פרומפט שיפור</w:t>
      </w:r>
    </w:p>
    <w:p>
      <w:pPr>
        <w:bidi w:val="1"/>
        <w:jc w:val="right"/>
      </w:pPr>
      <w:r>
        <w:rPr>
          <w:rFonts w:ascii="Arial" w:hAnsi="Arial" w:cs="Arial"/>
          <w:b/>
          <w:sz w:val="25"/>
          <w:rtl/>
          <w:szCs w:val="25"/>
          <w:bCs/>
        </w:rPr>
        <w:t>📑 תוכן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1. מאמן חלקי הדיבר (לשון)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2. מפת הדמויות (ספרות)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3. קו הזמן החי (היסטוריה)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4. סייר המפות (גאוגרפיה)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5. פותחים שיחה (חינוך)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6. מילון התמונות שלי (עברית לעולים)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7. סדר היום בתמונות (חינוך מיוחד)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8. מתכנן הניסוי (מדעים)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9. בעיות מילוליות בשלבים (מתמטיקה)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10. בונה אוצר מילים באנגלית (אנגלית)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11. מחולל מחוונים (הערכה)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12. מאמן כתיבת טיעון (לשון)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13. פרומפט השיפור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/>
          <w:b/>
          <w:sz w:val="24"/>
          <w:rtl/>
          <w:szCs w:val="24"/>
          <w:bCs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2C2FB8"/>
          <w:sz w:val="43"/>
          <w:rtl/>
          <w:szCs w:val="43"/>
          <w:bCs/>
        </w:rPr>
        <w:t>איך משתמשים?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1. בוחרים פרומפט ומחליפים פרטים לפי הכיתה.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2. מדביקים בכלי השיחה ומחכים לאפליקציה.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3. בודקים: מדויק? נגיש? עובד בטלפון?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4. מדביקים את פרומפט השיפור לסבב השני.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5. מנסים עם תלמיד/ה אחד/ת – ורק אז עם כל הכיתה.</w:t>
      </w:r>
    </w:p>
    <w:p>
      <w:pPr>
        <w:bidi w:val="1"/>
        <w:jc w:val="right"/>
      </w:pPr>
      <w:r>
        <w:rPr>
          <w:rFonts w:ascii="Arial" w:hAnsi="Arial" w:cs="Arial"/>
          <w:b/>
          <w:color w:val="0B8F84"/>
          <w:sz w:val="25"/>
          <w:rtl/>
          <w:szCs w:val="25"/>
          <w:bCs/>
        </w:rPr>
        <w:t>◆ 🛡️ כלל ברזל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כלי שיחה יכול לטעות. אתם העורכים: בדקו כל עובדה, ואל תכניסו שמות או פרטים אישיים של תלמידים.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1. מאמן חלקי הדיבר · לשון · ז׳–ח׳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עבורי אפליקציה חינוכית קטנה בשם "מאמן חלקי הדיבר".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🎯 המטרה: לתרגל זיהוי שם עצם, פועל, שם תואר ותואר הפועל במשפטים.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👥 למי: תלמידים, ז׳–ח׳, בתחום לשון.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🧩 הקושי שהיא פותרת: תלמידים מתבלבלים כשאותה מילה משנה את תפקידה לפי ההקשר.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📝 במסך הראשי יהיה טופס עם השדות הבאים (ליד כל שדה – הסבר קצר ודוגמה אפורה בתוך השדה):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משפט לבדיקה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מילה מודגשת לניתוח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רמת קושי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▶️ בלחיצה על הכפתור "בדקו אותי" האפליקציה תציג תוצר שכולל: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זיהוי חלק הדיבר עם הסבר קצר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שאלת "למה?" שמבקשת נימוק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משפט דומה לתרגול נוסף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4. ניקוד התקדמות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🗣️ שפה: עברית מלאה מימין לשמאל; כל הממשק מימין לשמאל, בניסוח תקין, פשוט ופונה ברבים (לתלמידים ולתלמידות).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🎨 עיצוב: נקי ומודרני, כרטיסיות וצבעים נעימים; היררכיה חזותית ברורה; התוצר מוצג בכרטיסיות מסודרות.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✨ חשוב שיהיו: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שילוב חשיבה מסדר גבוה (השוואה, הסקה, הערכה)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העתקת התוצר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אפשרות להדפסה או שמירה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הודעת פתיחה קצרה שמסבירה איך משתמשים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ניקוי הטופס והתחלה מחדש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♿ נגישות והתאמות: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הקראה בעברית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הגדלת גופן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ניגודיות גבוהה וכפתורים גדולים למגע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📏 דרישות פדגוגיות: התאמה לגיל, הוראות של שורה אחת, תוצר שאפשר להשתמש בו מיד בכיתה, ושאלה אחת לפחות שמזמינה חשיבה ולא רק שליפה.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🔒 פרטיות: אל תבקש/י שמות מלאים או פרטים אישיים של תלמידים, ואל תשמור/י מידע מחוץ למכשיר.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את האפליקציה כקובץ אחד שעובד בדפדפן, ובסוף הסבר/י לי בשלוש שורות איך משתמשים בה.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2. מפת הדמויות · ספרות · ח׳–ט׳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עבורי אפליקציה חינוכית קטנה בשם "מפת הדמויות".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🎯 המטרה: לבנות מפת יחסים בין הדמויות ביצירה ולנמק כל קשר.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👥 למי: תלמידים, ח׳–ט׳, בתחום ספרות.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🧩 הקושי שהיא פותרת: קשה לתלמידים לראות איך הדמויות משפיעות זו על זו לאורך העלילה.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📝 במסך הראשי יהיה טופס עם השדות הבאים (ליד כל שדה – הסבר קצר ודוגמה אפורה בתוך השדה):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שם היצירה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שמות הדמויות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תכונה מרכזית לכל דמות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4. אירוע מפתח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▶️ בלחיצה על הכפתור "צרו מפה" האפליקציה תציג תוצר שכולל: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תרשים יחסים בין הדמויות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שאלה פרשנית לכל קשר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סוג הדמות: עגולה או שטוחה, דינמית או סטטית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4. משימת כתיבה קצרה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🗣️ שפה: עברית מלאה מימין לשמאל; כל הממשק מימין לשמאל, בניסוח תקין, פשוט ופונה ברבים (לתלמידים ולתלמידות).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🎨 עיצוב: נקי ומודרני, כרטיסיות וצבעים נעימים; היררכיה חזותית ברורה; התוצר מוצג בכרטיסיות מסודרות.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✨ חשוב שיהיו: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שילוב חשיבה מסדר גבוה (השוואה, הסקה, הערכה)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העתקת התוצר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אפשרות להדפסה או שמירה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הודעת פתיחה קצרה שמסבירה איך משתמשים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ניקוי הטופס והתחלה מחדש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♿ נגישות והתאמות: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הקראה בעברית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הגדלת גופן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ניגודיות גבוהה וכפתורים גדולים למגע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📏 דרישות פדגוגיות: התאמה לגיל, הוראות של שורה אחת, תוצר שאפשר להשתמש בו מיד בכיתה, ושאלה אחת לפחות שמזמינה חשיבה ולא רק שליפה.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🔒 פרטיות: אל תבקש/י שמות מלאים או פרטים אישיים של תלמידים, ואל תשמור/י מידע מחוץ למכשיר.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את האפליקציה כקובץ אחד שעובד בדפדפן, ובסוף הסבר/י לי בשלוש שורות איך משתמשים בה.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3. קו הזמן החי · היסטוריה · ט׳–י׳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עבורי אפליקציה חינוכית קטנה בשם "קו הזמן החי".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🎯 המטרה: לסדר אירועים על ציר זמן ולהסביר קשרי סיבה ותוצאה.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👥 למי: תלמידים, ט׳–י׳, בתחום היסטוריה.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🧩 הקושי שהיא פותרת: תלמידים זוכרים תאריכים בלי להבין את הקשר ביניהם.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📝 במסך הראשי יהיה טופס עם השדות הבאים (ליד כל שדה – הסבר קצר ודוגמה אפורה בתוך השדה):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נושא התקופה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אירועים ותאריכים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שאלת חשיבה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▶️ בלחיצה על הכפתור "בנו את הציר" האפליקציה תציג תוצר שכולל: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ציר זמן ממוין וצבעוני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חץ סיבה–תוצאה בין אירועים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שאלת "מה היה קורה אילו…"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4. סיכום של 3 משפטים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🗣️ שפה: עברית מלאה מימין לשמאל; כל הממשק מימין לשמאל, בניסוח תקין, פשוט ופונה ברבים (לתלמידים ולתלמידות).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🎨 עיצוב: נקי ומודרני, כרטיסיות וצבעים נעימים; היררכיה חזותית ברורה; התוצר מוצג בכרטיסיות מסודרות.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✨ חשוב שיהיו: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שילוב חשיבה מסדר גבוה (השוואה, הסקה, הערכה)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העתקת התוצר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אפשרות להדפסה או שמירה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הודעת פתיחה קצרה שמסבירה איך משתמשים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ניקוי הטופס והתחלה מחדש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♿ נגישות והתאמות: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הקראה בעברית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הגדלת גופן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ניגודיות גבוהה וכפתורים גדולים למגע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📏 דרישות פדגוגיות: התאמה לגיל, הוראות של שורה אחת, תוצר שאפשר להשתמש בו מיד בכיתה, ושאלה אחת לפחות שמזמינה חשיבה ולא רק שליפה.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🔒 פרטיות: אל תבקש/י שמות מלאים או פרטים אישיים של תלמידים, ואל תשמור/י מידע מחוץ למכשיר.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את האפליקציה כקובץ אחד שעובד בדפדפן, ובסוף הסבר/י לי בשלוש שורות איך משתמשים בה.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4. סייר המפות · גאוגרפיה · ו׳–ז׳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עבורי אפליקציה חינוכית קטנה בשם "סייר המפות".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🎯 המטרה: לתרגל קריאת מפה: מקרא, כיוונים וקנה מידה.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👥 למי: תלמידים, ו׳–ז׳, בתחום גאוגרפיה.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🧩 הקושי שהיא פותרת: תלמידים מתקשים לחשב מרחק אמיתי לפי קנה מידה.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📝 במסך הראשי יהיה טופס עם השדות הבאים (ליד כל שדה – הסבר קצר ודוגמה אפורה בתוך השדה):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קנה המידה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מרחק על המפה בס״מ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שני מקומות על המפה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▶️ בלחיצה על הכפתור "חשבו" האפליקציה תציג תוצר שכולל: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המרחק האמיתי עם דרך החישוב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שאלת כיוון (צפון/דרום/מזרח/מערב)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תרגיל דומה ברמה גבוהה יותר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4. טיפ לבדיקה עצמית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🗣️ שפה: עברית מלאה מימין לשמאל; כל הממשק מימין לשמאל, בניסוח תקין, פשוט ופונה ברבים (לתלמידים ולתלמידות).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🎨 עיצוב: צבעוני ומשחקי לילדים, עם אימוג׳י; היררכיה חזותית ברורה; התוצר מוצג בכרטיסיות מסודרות.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✨ חשוב שיהיו: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שילוב חשיבה מסדר גבוה (השוואה, הסקה, הערכה)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העתקת התוצר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אפשרות להדפסה או שמירה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הודעת פתיחה קצרה שמסבירה איך משתמשים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ניקוי הטופס והתחלה מחדש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♿ נגישות והתאמות: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הקראה בעברית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הגדלת גופן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ניגודיות גבוהה וכפתורים גדולים למגע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📏 דרישות פדגוגיות: התאמה לגיל, הוראות של שורה אחת, תוצר שאפשר להשתמש בו מיד בכיתה, ושאלה אחת לפחות שמזמינה חשיבה ולא רק שליפה.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🔒 פרטיות: אל תבקש/י שמות מלאים או פרטים אישיים של תלמידים, ואל תשמור/י מידע מחוץ למכשיר.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את האפליקציה כקובץ אחד שעובד בדפדפן, ובסוף הסבר/י לי בשלוש שורות איך משתמשים בה.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5. פותחים שיחה · חינוך · כל השכבות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עבורי אפליקציה חינוכית קטנה בשם "פותחים שיחה".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🎯 המטרה: לייצר שאלות פתיחה לשיחה כיתתית על נושא ערכי.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👥 למי: מורים, כל השכבות, בתחום חינוך.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🧩 הקושי שהיא פותרת: קשה לפתוח שיחה כיתתית שכל התלמידים ירגישו בה בנוח.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📝 במסך הראשי יהיה טופס עם השדות הבאים (ליד כל שדה – הסבר קצר ודוגמה אפורה בתוך השדה):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נושא השיחה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שכבה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מטרת השיחה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4. זמן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▶️ בלחיצה על הכפתור "צרו שיחה" האפליקציה תציג תוצר שכולל: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3 שאלות פתיחה מדורגות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כללי שיח מכבד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פעילות קצרה בזוגות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4. משפט סיכום ושאלה לבית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🗣️ שפה: עברית מלאה מימין לשמאל; כל הממשק מימין לשמאל, בניסוח תקין, פשוט ופונה ברבים (לתלמידים ולתלמידות).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🎨 עיצוב: נקי ומודרני, כרטיסיות וצבעים נעימים; היררכיה חזותית ברורה; התוצר מוצג בכרטיסיות מסודרות.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✨ חשוב שיהיו: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שילוב חשיבה מסדר גבוה (השוואה, הסקה, הערכה)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העתקת התוצר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אפשרות להדפסה או שמירה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הודעת פתיחה קצרה שמסבירה איך משתמשים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ניקוי הטופס והתחלה מחדש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♿ נגישות והתאמות: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הקראה בעברית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הגדלת גופן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ניגודיות גבוהה וכפתורים גדולים למגע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📏 דרישות פדגוגיות: התאמה לגיל, הוראות של שורה אחת, תוצר שאפשר להשתמש בו מיד בכיתה, ושאלה אחת לפחות שמזמינה חשיבה ולא רק שליפה.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🔒 פרטיות: אל תבקש/י שמות מלאים או פרטים אישיים של תלמידים, ואל תשמור/י מידע מחוץ למכשיר.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את האפליקציה כקובץ אחד שעובד בדפדפן, ובסוף הסבר/י לי בשלוש שורות איך משתמשים בה.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6. מילון התמונות שלי · עברית לעולים · ד׳–ט׳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עבורי אפליקציה חינוכית קטנה בשם "מילון התמונות שלי".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🎯 המטרה: לעזור לעולים חדשים ללמוד מילים יומיומיות בבית הספר.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👥 למי: תלמידים, ד׳–ט׳, בתחום עברית לעולים.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🧩 הקושי שהיא פותרת: עולים חדשים לא מבינים הוראות בסיסיות בכיתה.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📝 במסך הראשי יהיה טופס עם השדות הבאים (ליד כל שדה – הסבר קצר ודוגמה אפורה בתוך השדה):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מילה בעברית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שפת האם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נושא (כיתה, אוכל, משפחה…)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▶️ בלחיצה על הכפתור "הוסיפו למילון" האפליקציה תציג תוצר שכולל: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המילה עם אימוג׳י או ציור פשוט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תרגום לשפת האם (לבדיקה)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משפט קצר לדוגמה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4. כפתור הקראה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🗣️ שפה: עברית + שפת האם של התלמיד/ה (לבדיקה); כל הממשק מימין לשמאל, בניסוח תקין, פשוט ופונה ברבים (לתלמידים ולתלמידות).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🎨 עיצוב: צבעוני ומשחקי לילדים, עם אימוג׳י; היררכיה חזותית ברורה; התוצר מוצג בכרטיסיות מסודרות.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✨ חשוב שיהיו: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שילוב חשיבה מסדר גבוה (השוואה, הסקה, הערכה)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העתקת התוצר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אפשרות להדפסה או שמירה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הודעת פתיחה קצרה שמסבירה איך משתמשים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ניקוי הטופס והתחלה מחדש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♿ נגישות והתאמות: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הקראה בעברית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הגדלת גופן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ניגודיות גבוהה וכפתורים גדולים למגע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מילון תמונות למילים קשות (עולים)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📏 דרישות פדגוגיות: התאמה לגיל, הוראות של שורה אחת, תוצר שאפשר להשתמש בו מיד בכיתה, ושאלה אחת לפחות שמזמינה חשיבה ולא רק שליפה.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🔒 פרטיות: אל תבקש/י שמות מלאים או פרטים אישיים של תלמידים, ואל תשמור/י מידע מחוץ למכשיר.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את האפליקציה כקובץ אחד שעובד בדפדפן, ובסוף הסבר/י לי בשלוש שורות איך משתמשים בה.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7. סדר היום בתמונות · חינוך מיוחד · כל השכבות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עבורי אפליקציה חינוכית קטנה בשם "סדר היום בתמונות".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🎯 המטרה: לבנות סדר יום חזותי צפוי לתלמידים בחינוך המיוחד.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👥 למי: מורים, כל השכבות, בתחום חינוך מיוחד.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🧩 הקושי שהיא פותרת: שינויים בסדר היום גורמים לחרדה ולקושי במעברים.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📝 במסך הראשי יהיה טופס עם השדות הבאים (ליד כל שדה – הסבר קצר ודוגמה אפורה בתוך השדה):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שעות הפעילויות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שם הפעילות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שינוי מיוחד היום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▶️ בלחיצה על הכפתור "צרו לוח" האפליקציה תציג תוצר שכולל: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לוח יום עם סמל לכל פעילות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סימון "עכשיו" ו"אחר כך"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הודעה מרגיעה על השינוי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4. גרסה להדפסה בגודל גדול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🗣️ שפה: עברית מלאה מימין לשמאל; כל הממשק מימין לשמאל, בניסוח תקין, פשוט ופונה ברבים (לתלמידים ולתלמידות).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🎨 עיצוב: רגוע ומינימליסטי, מתאים לחנ״מ; היררכיה חזותית ברורה; התוצר מוצג בכרטיסיות מסודרות.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✨ חשוב שיהיו: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שילוב חשיבה מסדר גבוה (השוואה, הסקה, הערכה)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העתקת התוצר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אפשרות להדפסה או שמירה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הודעת פתיחה קצרה שמסבירה איך משתמשים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ניקוי הטופס והתחלה מחדש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♿ נגישות והתאמות: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הקראה בעברית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הגדלת גופן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ניגודיות גבוהה וכפתורים גדולים למגע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מצב פשוט: 2–3 אפשרויות ורמזים (חנ״מ)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בלי שעון ובלי לחץ זמן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📏 דרישות פדגוגיות: התאמה לגיל, הוראות של שורה אחת, תוצר שאפשר להשתמש בו מיד בכיתה, ושאלה אחת לפחות שמזמינה חשיבה ולא רק שליפה.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🔒 פרטיות: אל תבקש/י שמות מלאים או פרטים אישיים של תלמידים, ואל תשמור/י מידע מחוץ למכשיר.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את האפליקציה כקובץ אחד שעובד בדפדפן, ובסוף הסבר/י לי בשלוש שורות איך משתמשים בה.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8. מתכנן הניסוי · מדעים · ח׳–ט׳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עבורי אפליקציה חינוכית קטנה בשם "מתכנן הניסוי".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🎯 המטרה: לנסח שאלת חקר, השערה, משתנים ומהלך ניסוי.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👥 למי: תלמידים, ח׳–ט׳, בתחום מדעים.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🧩 הקושי שהיא פותרת: תלמידים מתבלבלים בין משתנה תלוי, בלתי תלוי וקבוע.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📝 במסך הראשי יהיה טופס עם השדות הבאים (ליד כל שדה – הסבר קצר ודוגמה אפורה בתוך השדה):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שאלת החקר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מה משנים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מה מודדים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4. מה משאירים קבוע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▶️ בלחיצה על הכפתור "בדקו את התכנון" האפליקציה תציג תוצר שכולל: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טבלת משתנים ממוינת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משוב על ההשערה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רשימת ציוד וצעדים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4. טבלה ריקה לתוצאות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🗣️ שפה: עברית מלאה מימין לשמאל; כל הממשק מימין לשמאל, בניסוח תקין, פשוט ופונה ברבים (לתלמידים ולתלמידות).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🎨 עיצוב: נקי ומודרני, כרטיסיות וצבעים נעימים; היררכיה חזותית ברורה; התוצר מוצג בכרטיסיות מסודרות.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✨ חשוב שיהיו: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שילוב חשיבה מסדר גבוה (השוואה, הסקה, הערכה)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העתקת התוצר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אפשרות להדפסה או שמירה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הודעת פתיחה קצרה שמסבירה איך משתמשים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ניקוי הטופס והתחלה מחדש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♿ נגישות והתאמות: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הקראה בעברית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הגדלת גופן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ניגודיות גבוהה וכפתורים גדולים למגע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📏 דרישות פדגוגיות: התאמה לגיל, הוראות של שורה אחת, תוצר שאפשר להשתמש בו מיד בכיתה, ושאלה אחת לפחות שמזמינה חשיבה ולא רק שליפה.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🔒 פרטיות: אל תבקש/י שמות מלאים או פרטים אישיים של תלמידים, ואל תשמור/י מידע מחוץ למכשיר.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את האפליקציה כקובץ אחד שעובד בדפדפן, ובסוף הסבר/י לי בשלוש שורות איך משתמשים בה.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9. בעיות מילוליות בשלבים · מתמטיקה · ד׳–ו׳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עבורי אפליקציה חינוכית קטנה בשם "בעיות מילוליות בשלבים".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🎯 המטרה: לפרק בעיה מילולית בחשבון לשלבים ברורים.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👥 למי: תלמידים, ד׳–ו׳, בתחום מתמטיקה.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🧩 הקושי שהיא פותרת: תלמידים נבהלים מבעיות ארוכות ולא יודעים מאיפה להתחיל.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📝 במסך הראשי יהיה טופס עם השדות הבאים (ליד כל שדה – הסבר קצר ודוגמה אפורה בתוך השדה):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הבעיה המילולית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מה ידוע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מה שואלים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▶️ בלחיצה על הכפתור "פרקו לשלבים" האפליקציה תציג תוצר שכולל: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סימון הנתונים והשאלה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תרגיל לכל שלב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רמז לפני הפתרון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4. בעיה דומה לתרגול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🗣️ שפה: עברית מלאה מימין לשמאל; כל הממשק מימין לשמאל, בניסוח תקין, פשוט ופונה ברבים (לתלמידים ולתלמידות).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🎨 עיצוב: צבעוני ומשחקי לילדים, עם אימוג׳י; היררכיה חזותית ברורה; התוצר מוצג בכרטיסיות מסודרות.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✨ חשוב שיהיו: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שילוב חשיבה מסדר גבוה (השוואה, הסקה, הערכה)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העתקת התוצר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אפשרות להדפסה או שמירה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הודעת פתיחה קצרה שמסבירה איך משתמשים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ניקוי הטופס והתחלה מחדש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♿ נגישות והתאמות: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הקראה בעברית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הגדלת גופן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ניגודיות גבוהה וכפתורים גדולים למגע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📏 דרישות פדגוגיות: התאמה לגיל, הוראות של שורה אחת, תוצר שאפשר להשתמש בו מיד בכיתה, ושאלה אחת לפחות שמזמינה חשיבה ולא רק שליפה.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🔒 פרטיות: אל תבקש/י שמות מלאים או פרטים אישיים של תלמידים, ואל תשמור/י מידע מחוץ למכשיר.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את האפליקציה כקובץ אחד שעובד בדפדפן, ובסוף הסבר/י לי בשלוש שורות איך משתמשים בה.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10. בונה אוצר מילים באנגלית · אנגלית · ז׳–ח׳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עבורי אפליקציה חינוכית קטנה בשם "בונה אוצר מילים באנגלית".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🎯 המטרה: לתרגל מילים חדשות באנגלית במשפטים ובמשחק.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👥 למי: תלמידים, ז׳–ח׳, בתחום אנגלית.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🧩 הקושי שהיא פותרת: מילים חדשות נשכחות מהר כשלומדים אותן רק ברשימה.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📝 במסך הראשי יהיה טופס עם השדות הבאים (ליד כל שדה – הסבר קצר ודוגמה אפורה בתוך השדה):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רשימת מילים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נושא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רמה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▶️ בלחיצה על הכפתור "צרו תרגול" האפליקציה תציג תוצר שכולל: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כרטיסיות מילה–משמעות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משפטי השלמה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משחק התאמה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4. חידון קצר עם משוב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🗣️ שפה: עברית + אנגלית; כל הממשק מימין לשמאל, בניסוח תקין, פשוט ופונה ברבים (לתלמידים ולתלמידות).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🎨 עיצוב: נקי ומודרני, כרטיסיות וצבעים נעימים; היררכיה חזותית ברורה; התוצר מוצג בכרטיסיות מסודרות.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✨ חשוב שיהיו: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שילוב חשיבה מסדר גבוה (השוואה, הסקה, הערכה)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העתקת התוצר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אפשרות להדפסה או שמירה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הודעת פתיחה קצרה שמסבירה איך משתמשים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ניקוי הטופס והתחלה מחדש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♿ נגישות והתאמות: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הקראה בעברית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הגדלת גופן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ניגודיות גבוהה וכפתורים גדולים למגע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📏 דרישות פדגוגיות: התאמה לגיל, הוראות של שורה אחת, תוצר שאפשר להשתמש בו מיד בכיתה, ושאלה אחת לפחות שמזמינה חשיבה ולא רק שליפה.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🔒 פרטיות: אל תבקש/י שמות מלאים או פרטים אישיים של תלמידים, ואל תשמור/י מידע מחוץ למכשיר.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את האפליקציה כקובץ אחד שעובד בדפדפן, ובסוף הסבר/י לי בשלוש שורות איך משתמשים בה.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11. מחולל מחוונים · הערכה · כל השכבות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עבורי אפליקציה חינוכית קטנה בשם "מחולל מחוונים".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🎯 המטרה: לבנות מחוון ברור למשימה עם קריטריונים ורמות.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👥 למי: מורים, כל השכבות, בתחום הערכה.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🧩 הקושי שהיא פותרת: קשה לנסח מחוון שהתלמידים מבינים ושעוזר לבדוק בהגינות.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📝 במסך הראשי יהיה טופס עם השדות הבאים (ליד כל שדה – הסבר קצר ודוגמה אפורה בתוך השדה):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תיאור המשימה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מספר הקריטריונים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ניקוד כולל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▶️ בלחיצה על הכפתור "צרו מחוון" האפליקציה תציג תוצר שכולל: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טבלת מחוון עם 4 רמות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ניסוח ידידותי לתלמידים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רשימת בדיקה עצמית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4. דוגמה לתוצר מצוין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🗣️ שפה: עברית מלאה מימין לשמאל; כל הממשק מימין לשמאל, בניסוח תקין, פשוט ופונה ברבים (לתלמידים ולתלמידות).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🎨 עיצוב: נקי ומודרני, כרטיסיות וצבעים נעימים; היררכיה חזותית ברורה; התוצר מוצג בכרטיסיות מסודרות.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✨ חשוב שיהיו: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שילוב חשיבה מסדר גבוה (השוואה, הסקה, הערכה)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העתקת התוצר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אפשרות להדפסה או שמירה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הודעת פתיחה קצרה שמסבירה איך משתמשים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ניקוי הטופס והתחלה מחדש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♿ נגישות והתאמות: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הקראה בעברית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הגדלת גופן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ניגודיות גבוהה וכפתורים גדולים למגע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📏 דרישות פדגוגיות: התאמה לגיל, הוראות של שורה אחת, תוצר שאפשר להשתמש בו מיד בכיתה, ושאלה אחת לפחות שמזמינה חשיבה ולא רק שליפה.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🔒 פרטיות: אל תבקש/י שמות מלאים או פרטים אישיים של תלמידים, ואל תשמור/י מידע מחוץ למכשיר.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את האפליקציה כקובץ אחד שעובד בדפדפן, ובסוף הסבר/י לי בשלוש שורות איך משתמשים בה.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12. מאמן כתיבת טיעון · לשון · ח׳–י׳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עבורי אפליקציה חינוכית קטנה בשם "מאמן כתיבת טיעון".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🎯 המטרה: ללוות כתיבת טקסט טיעוני: עמדה, נימוקים, טיעון נגד וסיכום.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👥 למי: תלמידים, ח׳–י׳, בתחום לשון.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🧩 הקושי שהיא פותרת: תלמידים כותבים דעה בלי נימוקים מבוססים ובלי להתייחס לצד השני.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📝 במסך הראשי יהיה טופס עם השדות הבאים (ליד כל שדה – הסבר קצר ודוגמה אפורה בתוך השדה):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שאלת הדיון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העמדה שלי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שני נימוקים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4. טיעון נגד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▶️ בלחיצה על הכפתור "קבלו משוב" האפליקציה תציג תוצר שכולל: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1. משוב על מבנה הטיעון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2. הצעה למילות קישור מתאימות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3. שאלה שמחזקת נימוק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4. פסקת סיכום לדוגמה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🗣️ שפה: עברית מלאה מימין לשמאל; כל הממשק מימין לשמאל, בניסוח תקין, פשוט ופונה ברבים (לתלמידים ולתלמידות).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🎨 עיצוב: נקי ומודרני, כרטיסיות וצבעים נעימים; היררכיה חזותית ברורה; התוצר מוצג בכרטיסיות מסודרות.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✨ חשוב שיהיו: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שילוב חשיבה מסדר גבוה (השוואה, הסקה, הערכה)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העתקת התוצר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אפשרות להדפסה או שמירה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הודעת פתיחה קצרה שמסבירה איך משתמשים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ניקוי הטופס והתחלה מחדש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♿ נגישות והתאמות: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הקראה בעברית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כפתור הגדלת גופן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 xml:space="preserve">  • ניגודיות גבוהה וכפתורים גדולים למגע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📏 דרישות פדגוגיות: התאמה לגיל, הוראות של שורה אחת, תוצר שאפשר להשתמש בו מיד בכיתה, ושאלה אחת לפחות שמזמינה חשיבה ולא רק שליפה.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🔒 פרטיות: אל תבקש/י שמות מלאים או פרטים אישיים של תלמידים, ואל תשמור/י מידע מחוץ למכשיר.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בנה/י את האפליקציה כקובץ אחד שעובד בדפדפן, ובסוף הסבר/י לי בשלוש שורות איך משתמשים בה.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🔧 פרומפט השיפור (לכל אפליקציה)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עכשיו בואו נשדרג את האפליקציה כך שתהיה מוכנה לכיתה אמיתית: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1. רענן/י את העיצוב: מרווחים נדיבים, צבעים רגועים, כותרות ברורות וכפתורים גדולים שנוחים למגע.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2. עבור/י על כל הטקסטים: עברית תקינה, מימין לשמאל, בלי מילים באנגלית שלא צריך.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3. הוסף/י מתחת לכל שדה שורת הסבר קצרה ודוגמה למילוי.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4. סדר/י את התוצר בכרטיסיות עם כותרת ואייקון לכל חלק.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5. הוסף/י טבלת הערכה (מחוון) עם 3–4 רמות.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6. ודא/י שיש כפתור העתקה לכל התוצר וגם לכל כרטיסייה בנפרד.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7. הוסף/י עיצוב הדפסה נקי – בלי כפתורים ובלי רקעים כבדים.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8. הוסף/י מסך פתיחה של שני משפטים: מה עושים כאן ואיך מתחילים.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9. בדוק/י שהאפליקציה מתאימה גם למורים ממקצועות אחרים – בלי מונחים שמובנים רק בתחום אחד.</w:t>
      </w:r>
    </w:p>
    <w:p>
      <w:pPr>
        <w:bidi w:val="1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10. בדוק/י שהכול עובד בטלפון: אין גלילה לצדדים, ואין כפתורים שלא מגיבים למגע.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55597A"/>
        <w:sz w:val="18"/>
        <w:rtl/>
        <w:szCs w:val="18"/>
      </w:rPr>
      <w:t>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rFonts w:ascii="Arial" w:hAnsi="Arial" w:cs="Arial"/>
        <w:b w:val="0"/>
        <w:color w:val="3D3FD6"/>
        <w:sz w:val="18"/>
        <w:rtl/>
        <w:szCs w:val="18"/>
      </w:rPr>
      <w:t>🧱 12 פרומפטים לאפליקציות חינוכיות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