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bidi w:val="1"/>
        <w:jc w:val="center"/>
      </w:pPr>
      <w:r>
        <w:rPr>
          <w:rFonts w:ascii="Arial" w:hAnsi="Arial" w:cs="Arial"/>
          <w:b w:val="0"/>
          <w:sz w:val="120"/>
          <w:rtl/>
          <w:szCs w:val="120"/>
        </w:rPr>
        <w:t>📋</w:t>
      </w:r>
    </w:p>
    <w:p>
      <w:pPr>
        <w:bidi w:val="1"/>
        <w:jc w:val="center"/>
      </w:pPr>
      <w:r>
        <w:rPr>
          <w:rFonts w:ascii="Arial" w:hAnsi="Arial" w:cs="Arial"/>
          <w:b/>
          <w:color w:val="2C2FB8"/>
          <w:sz w:val="56"/>
          <w:rtl/>
          <w:szCs w:val="56"/>
          <w:bCs/>
        </w:rPr>
        <w:t>מערך סדנה – בונים יחידת לימוד דיגיטלית</w:t>
      </w:r>
    </w:p>
    <w:p>
      <w:pPr>
        <w:bidi w:val="1"/>
        <w:jc w:val="center"/>
      </w:pPr>
      <w:r>
        <w:rPr>
          <w:rFonts w:ascii="Arial" w:hAnsi="Arial" w:cs="Arial"/>
          <w:b w:val="0"/>
          <w:color w:val="55597A"/>
          <w:sz w:val="30"/>
          <w:rtl/>
          <w:szCs w:val="30"/>
        </w:rPr>
        <w:t>90 דקות · למנחות ולמנחים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/>
          <w:szCs w:val="25"/>
          <w:bCs/>
        </w:rPr>
        <w:t>📑 תוכן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1. מטרות והכנה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2. מהלך הסדנה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3. טיפים למנחה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4. משימת המשך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5. מפת התאמות והנגשות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/>
          <w:b/>
          <w:sz w:val="24"/>
          <w:rtl/>
          <w:szCs w:val="24"/>
          <w:bCs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43"/>
          <w:rtl/>
          <w:szCs w:val="43"/>
          <w:bCs/>
        </w:rPr>
        <w:t>מערך הסדנה – 90 דקות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מטרות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המשתתפים יכירו 3 עקרונות של יחידה ללמידה עצמאית: מבנה ומטרות, בחירה ודיפרנציאציה, משוב ורפלקציה.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יתכננו יחידה בנושא שהם מלמדים בעזרת מתכנן היחידה.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יבנו עמוד ראשון בבונה אתרים כיתתי ויטמיעו בו משימה פעילה.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ינסחו בקשה לכלי שיחה לבניית אפליקציה חינוכית קטנה.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הכנה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מכשיר לכל משתתף/ת וחשבון פעיל בבונה האתרים הכיתתי.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קישור לאתר הסדנה על הלוח.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דפי משתתף מודפסים ותעודות.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קיר שיתופי פתוח עם שאלת הפתיחה.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מהלך הסדנה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דקות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שלב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 עושים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חומרים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0–10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🌞 פתיחה: "השלולית שנעלמה"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המנחה מציג/ה שאלה מסקרנת; המשתתפים כותבים בקיר שיתופי: "מה תלמידים עושים כשאני לא לידם?"; הצגת מטרות הסדנה.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מצגת שקפים 1–3, קיר שיתופי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10–25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🧭 למה יחידה עצמאית + 3 עקרונות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הצגה קצרה של 6 הסיבות ו־3 העקרונות; זוגות מנתחים את היחידה לדוגמה ומסמנים איפה רואים כל עיקרון.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שקפים 4–9, דף משתתף חלק א׳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25–45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🛠️ תכנון במתכנן היחידה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כל משתתף/ת בוחר/ת נושא אמיתי מהכיתה וממלא/ת את המתכנן; שיתוף קישור התוכנית עם בן/בת זוג למשוב "שתי מחמאות והצעה".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מתכנן היחידה, דף משתתף חלק ב׳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45–75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🧱 בונים לבנה אחר לבנה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בונים את עמוד הפתיחה ותחנה אחת בבונה האתרים הכיתתי; מטמיעים פעילות אחת מהגלריה; מנסחים בבונה הפרומפטים בקשה לאפליקציה קטנה.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בונה אתרים כיתתי, עמוד ההטמעה, בונה הפרומפטים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75–85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🖼️ סבב גלריה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כל אחד/ת פותח/ת את היחידה שלו/ה; המשתתפים מסתובבים ומשאירים פתק משוב.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מכשירים פתוחים, פתקים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85–90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🎫 סיכום וכרטיס יציאה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כרטיס יציאה: "לבנה אחת שאקח מחר לכיתה"; טופס משוב; תעודות השתתפות.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דף משתתף חלק ג׳, טופס משוב, תעודה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טיפים למנחה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שלב הבנייה הוא הלב – אם הפתיחה מתארכת, קצרו את ההצגה ולא את הבנייה.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הצמידו משתתף/ת מנוסה למי שפחות בטוח/ה בכלים דיגיטליים.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הדגימו את היחידה לדוגמה בשלושה מסלולים כדי להמחיש דיפרנציאציה.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• הזכירו: כלי שיחה יכול לטעות – המורה הוא העורך.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משימת המשך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עד המפגש הבא: יחידה של 3 תחנות לפחות, משימה מוטמעת אחת לפחות, מחוון ורפלקציה. מגישים קישור + שכבה, נושא, מטרת היחידה ורפלקציה קצרה.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מפת התאמות והנגשות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שכבה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כללי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חנ״מ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עולים חדשים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יסודי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משחקים קצרים, כפתורים גדולים במיוחד, עוגני אימוג׳י ותמונה, "נסו בעצמכם" מוחשי.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כפתור הקראה לכל טקסט ומשימה; לכל היותר 2–3 אפשרויות במשחקי בחירה.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מילון חזותי קופץ (תמונה/אימוג׳י, לא הסבר מילולי); משחקי סידור עם מילים יומיומיות.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חט״ב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מיונים לקטגוריות, כללי לשון, משחקי מפה דינמיים.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רמזים מדורגים אחרי שתי טעויות (מכוונים, לא נותנים תשובה); עיצוב וצבעים קבועים (סיבה=ירוק, תוצאה=כחול).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מחסן מילות קישור צבעוני לפי תפקיד (ניגוד/הוספה/סיבה/תוצאה); טקסטים בלי ניקוד במשפטים קצרים ותחביר פשוט.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תיכון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סימולציות מורכבות, דילמות מנהיגות (מסורת / בדיוני), הסקה מסדר גבוה, מיומנויות בגרות.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חלוקה לנתחים – הנתח הבא נפתח אחרי מטלה קטנה; בלי שעוני ספירה לאחור (בכל מסלולי חנ״מ).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מילון במגע למילים ברמה גבוהה עם הסבר פשוט ומילים נרדפות; שאלות במבנה של שאלות הבנת הנקרא.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55597A"/>
        <w:sz w:val="18"/>
        <w:rtl/>
        <w:szCs w:val="18"/>
      </w:rPr>
      <w:t>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3D3FD6"/>
        <w:sz w:val="18"/>
        <w:rtl/>
        <w:szCs w:val="18"/>
      </w:rPr>
      <w:t>🧱 מערך סדנה – 90 דקות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