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bidi w:val="1"/>
        <w:jc w:val="center"/>
      </w:pPr>
      <w:r>
        <w:rPr>
          <w:rFonts w:ascii="Arial" w:hAnsi="Arial" w:cs="Arial"/>
          <w:b w:val="0"/>
          <w:sz w:val="120"/>
          <w:rtl/>
          <w:szCs w:val="120"/>
        </w:rPr>
        <w:t>🧱</w:t>
      </w:r>
    </w:p>
    <w:p>
      <w:pPr>
        <w:bidi w:val="1"/>
        <w:jc w:val="center"/>
      </w:pPr>
      <w:r>
        <w:rPr>
          <w:rFonts w:ascii="Arial" w:hAnsi="Arial" w:cs="Arial"/>
          <w:b/>
          <w:color w:val="2C2FB8"/>
          <w:sz w:val="56"/>
          <w:rtl/>
          <w:szCs w:val="56"/>
          <w:bCs/>
        </w:rPr>
        <w:t>תבנית יחידת לימוד</w:t>
      </w:r>
    </w:p>
    <w:p>
      <w:pPr>
        <w:bidi w:val="1"/>
        <w:jc w:val="center"/>
      </w:pPr>
      <w:r>
        <w:rPr>
          <w:rFonts w:ascii="Arial" w:hAnsi="Arial" w:cs="Arial"/>
          <w:b w:val="0"/>
          <w:color w:val="55597A"/>
          <w:sz w:val="30"/>
          <w:rtl/>
          <w:szCs w:val="30"/>
        </w:rPr>
        <w:t>שלד מוכן ליחידה ללמידה עצמאית</w:t>
      </w:r>
    </w:p>
    <w:p>
      <w:pPr>
        <w:bidi w:val="1"/>
        <w:jc w:val="right"/>
      </w:pPr>
      <w:r>
        <w:rPr>
          <w:rFonts w:ascii="Arial" w:hAnsi="Arial" w:cs="Arial"/>
          <w:b/>
          <w:sz w:val="25"/>
          <w:rtl/>
          <w:szCs w:val="25"/>
          <w:bCs/>
        </w:rPr>
        <w:t>📑 תוכן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1. שם היחידה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2. למה זה חשוב לי?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3. מטרות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4. למי ומתי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5. מפת היחידה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6. רשימת ההתקדמות שלי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7. בכל תחנה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8. משימות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9. התאמות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10. הערכה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11. משימת סיכום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12. רפלקציה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/>
          <w:b/>
          <w:sz w:val="24"/>
          <w:rtl/>
          <w:szCs w:val="24"/>
          <w:bCs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🏷️ שם היחידה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שם מזמין + כותרת משנה ("מסע של טיפה – מחזור המים בטבע")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🎯 למה זה חשוב לי?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2–3 משפטים לתלמידים: מה נלמד ואיך זה קשור לחיים שלנו.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🏹 מטרות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בסוף היחידה תוכלו: 1) להסביר… 2) להשוות / לנתח… 3) להביע עמדה…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👥 למי ומתי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שכבה · מסלול · מספר שיעורים · זמן משוער לכל תחנה.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🗺️ מפת היחידה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תחנה 1: פתיחה מסקרנת · תחנה 2: ידע בסיס · תחנה 3: העמקה · תחנה 4: יישום · תחנה 5: תוצר וסיכום.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✅ רשימת ההתקדמות שלי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☐ תחנה 1 ☐ תחנה 2 ☐ תחנה 3 ☐ תחנה 4 ☐ תחנה 5 ☐ רפלקציה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📚 בכל תחנה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כותרת · מטרה קטנה · הסבר קצר · מקור (טקסט/תמונה/סרטון/מצגת) · משימה · בדיקה עצמית.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🎲 משימות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חובה: ___ · בחירה (2 מתוך 4): ___ · שיתופית: ___ · העשרה: 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♿ התאמות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חנ״מ: הקראה, 2–3 אפשרויות, רמזים · עולים: מילון תמונות, משפטים קצרים · מתקדמים: אתגר בונוס.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📏 הערכה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בדיקה עצמית בכל תחנה · מחוון גלוי לתוצר · משוב עמיתים · כרטיס יציאה.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🏁 משימת סיכום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תוצר אחד לבחירה שמחבר את כל היחידה + הצגה קצרה.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🔁 רפלקציה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מה למדתי? מה היה קשה? איך התגברתי? מה ארצה לדעת עוד?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55597A"/>
        <w:sz w:val="18"/>
        <w:rtl/>
        <w:szCs w:val="18"/>
      </w:rPr>
      <w:t>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3D3FD6"/>
        <w:sz w:val="18"/>
        <w:rtl/>
        <w:szCs w:val="18"/>
      </w:rPr>
      <w:t>🧱 תבנית יחידת לימוד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